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سوالات و پاسخ تشریحی درس حقوق مدنی آزمون قضاوت 95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اختصاصی پایگاه خبری اختبار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سوالات و پاسخ تشریحی درس حقوق مدنی آزمون قضاوت ۹۵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ویرایش سوم پاسخنامه منتشر شد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دانلود سوالات درس حقوق مدنی به همراه پاسخنامه تشریحی (ویرایش سوم) آزمون قضاوت ۹۵ اینجا کلیک کنید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اختبار- آزمون قضاوت ۹۵ صبح روز جمعه ۹ مهر ماه ۱۳۹۵ در ۱۹ شهر کشور برگزار شد، پایگاه خبری اختبار سوالات و پاسخ تشریحی پیشنهادی برای درس حقوق مدنی این آزمون را تهیه و برای دانلود در اختیار علاقمندان گذاشته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پیش از این سوالات و پاسخ تشریحی درس آیین دادرسی مدنی آزمون قضاوت 95 هم تهیه و منتشر شده است که می توانید از اینجا دریافت کنید.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مجموعه تهیه شده با استفاده از نظرات اساتید و صاحب نظران کامل تر خواهد شد، برای ارائۀ نظرات خود می توانید از بخش نظرات ذیل همین مطلب استفاده کنید، ویرایش های بعدی این مجموعه همین جا منتشر خواهد شد.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