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سوالات و پاسخ تشریحی درس آیین دادرسی مدنی آزمون قضاوت 95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اختصاصی پایگاه خبری اختبار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سوالات و پاسخ تشریحی درس آیین دادرسی مدنی آزمون قضاوت 95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برای دانلود (ویرایش دوم) سوالات درس آیین دادرسی و اجرای احکام مدنی آزمون قضاوت 95 اینجا کلیک کنید نسخه منتشر شده اولیه حاوی دو اشکال در پاسخ سوالات 51 و 69 بود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پایگاه خبری اختبار- آزمون قضاوت 95 صبح روز جمعه 9 مهر ماه 1395 در 19 شهر کشور برگزار شد، پایگاه خبری اختبار سوالات و پاسخ تشریحی پیشنهادی برای درس آیین دادرسی و اجرای احکام مدنی این آزمون را تهیه و برای دانلود در اختیار علاقمندان گذاشته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به محض انتشار و دسترسی به سایر سوالات آزمون قضاوت 95، برای استفاده داوطلبان و علاقمندان در پایگاه خبری اختبار منتشر خواهد شد، بخش ویژه اخبار آزمون قضاوت را از اینجا می توانید پیگیری کنید و یا اینکه در کانال تلگرام اختبار عضو شوید.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