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برگزاری نخستین دوره آموزشی تست زنی ویژه آزمون وکالت و قضاوت 95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موسسه آموزش عالی آزاد چتر دانش برگزار می کند :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نخستین دوره آموزشی تست زنی ویژه آزمون وکالت و قضاوت 95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این دوره از پنج شنبه اول مهرماه تا چهارشنبه هفتم مهرماه 95 برگزار خواهد شد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پایگاه خبری اختبار – موسسه آموزش عالی آزاد چتردانش در راستای افزایش توان علمی داوطلبان برای موفقیت در آزمون های وکالت و قضاوت 95، دوره آموزشی تست زنی برگزار می کند.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نخستین دوره آموزشی تست زنی ویژه وکالت و قضاوت 95 در روزهای پنج شنبه اول مهرماه الی چهارشنبه هفتم مهرماه 95 برگزار خواهد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آخرین مهلت برای ثبت نام در این دوره روز چهارشنبه 31 شهریور 1395 می باشد.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آموزش نکات کلیدی و پرکاربرد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آموزش تکنیک های تست زنی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ارائه کتابچه ویژه ی نکته و تست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شرایط استثنایی این دوره :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با ثبت نام 2 درس، انتخاب درس سوم به صورت رایگان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با ثبت نام 4 درس، انتخاب 2 درس به صورت رایگان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بهره مندی از 25% تخفیف 4 مرحله آزمون های آزمایشی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برای مشاوره و کسب اطلاعات بیشتر با شماره تلفن ۰۲۱۶۶۴۱۴۸۴۸ تماس بگیرید.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همچنین می توانید برای دسترسی به اطلاعات کامل تر در مورد این دوره و سایر خدمات آموزشی موسسه چتر دانش به وبسایت چتر دانش به نشانی www.chatredanesh.com مراجعه کنید یا اینجا کلیک کنید.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«آخرین مهلت ثبت نام : 95/06/31»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برای دیدن تصویر در اندازه بزرگتر روی آن کلیک کنید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