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برگزاری کارگاه های حقوق مدنی و اصول فقه دکتر شهبازی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موسسه طرح نوین اندیشه برگزار می کند :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کارگاه های آموزشی حقوق مدنی و اصول فقه با تدریس دکتر محمد حسین شهبازی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 – کارگاه های حقوق مدنی و اصول فقه آقای دکتر محمدحسین شهبازی ویژه آزمون وکالت ۹۵ در تاریخ ۲۳ مرداد لغایت ۹ شهریور در سالن همایش های هتل ارم تهران برگزار خواهد شد.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این کارگاه های آموزشی ارزشمند، مهمترین نکات مهم و کلیدی دروس حقوق مدنی و اصول فقه به دانشجویان توسط آقای دکتر محمد حسین شهبازی تدریس خواهد شد. کارگاه ها در ارتقا دانش و مهارت دانشجویان و داوطلبان آزمون وکالت ۹۵ نقش بسیار مهمی خواهد داشت. علاقمندان به شرکت و ثبت نام در این کارگاه ها می توانند با شماره تلفن ۸۸۹۸۶۲۷۷-۰۲۱ تماس حاصل فرمایند. برای کسب اطلاعات بیشتر به سایت موسسه طرح نوین اندیشه به آدرس اینترنتی : www.tnovin.com مراجعه فرمایید.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دیگر طرح ها و خدمات موسسه طرح نوین: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کارگاه های حقوق مدنی و اصول فقه آقای دکتر محمدحسین شهبازی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مجموعه فیلم های آموزشی ویژه آزمون وکالت ۱۳۹۵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طرح آموزشی (( وکالت۱۰۰ )) ویژه ی داوطلبان آزمون وکالت ۹۵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مشاهده سایر خدمات موسسه طرح نوین اندیشه به سایت tnovin.com مراجعه فرمایید.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