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مصاحبه خانم ندا شیبانی رتبه یک آزمون وکالت ۹۴ کانون وکلای فارس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مصاحبه اختصاصی پایگاه خبری اختبار با خانم ندا شیبانی رتبه یک آزمون وکالت ۹۴ کانون وکلای فارس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 – خانم ندا شیبانی رتبه اول آزمون وکالت ۹۴ در کانون وکلای فارس و کهکیلویه و بویراحمد در گفتگو با پایگاه خبری اختبار در مورد کسب این موفقیت نکاتی را بیان کردند.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خانم ندا شیبانی دراین گفتگو بر برنامه ریزی داوطلبان و جدیت و استمرار در اجرای برنامه تاکید کردند و استفاده از تجربیات داوطلبان برتر دوره های گذشته را برای داوطلبان مفید دانسته اند.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ادامه چکیده این گفتگو را می خوانید 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نام حق، ندا شیبانی هستم. به لطف خداوند در آزمون وکالت ۹۴ موفق به کسب رتبه یک کانون وکلای فارس وکهکیلویه و بویراحمد شدم. تحصیلات کارشناسی حقوق را در دانشگاه شیراز گذراندم. با توجه به علاقه ای که به رشته حقوق داشتم و هدفی که تعیین کرده بودم، کاملا طبق برنامه و مباحث ترم مطالعه می کردم و این امر باعث شد که با معدل خوبی فارغ التحصیل شوم.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قطعا رسیدن به هر هدفی مستلزم یک برنامه ریزی منسجم و حساب شده می باشد که البته برای اینکه یک برنامه مثمرثمر واقع شود باید اولا براساس توانایی و شرایط فردی هر شخص بوده و ثانیا در اجرای برنامه جدیت و استمرار وجود داشته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بنابراین برای موفقیت در آزمون وکالت باید چند نکته را مدنظر قرار داد 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۱- مصمم بودن در هدف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۲- خودباوری و اعتماد به نفس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۳- توکل به خداوند متعال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۴- تلاش مستمر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۵- تمرین و تکرار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۶- جمع بندی.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بدون شک مشاوره با رتبه های برتر سال های گذشته و بهره گرفتن از تجربیات آن ها می تواند کمک شایانی به داوطلبان عزیز نماید.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توصیه می کنم که در یک دوره آزمون آزمایشی استاندارد شرکت کنند چرا که شرکت در آزمون علاوه بر اینکه یک بودجه بندی و برنامه مشخص در اختیار داوطلب قرار می دهد، باعث می شود چندین مرتبه فضایی مشابه فضای آزمون وکالت را تجربه کرده و کم کم به ضعف خود پی برده و آن را اصلاح کنند.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نکته قابل توجه دیگر استفاده از منابع خوب و کامل می باشد، البته منظور بنده از منابع کامل استفاده از چندین منبع برای هر درس نیست چرا که این امر ممکن است باعث سردرگمی و پریشانی ذهن داوطلبان گردد؛ بنابراین منابع باید محدود و در عین حال کامل و مفید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منابع پیشنهادی برای آزمون وکالت 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حقوق مدنی : قانون مدنی در نظم کنونی مرحوم کاتوزیان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آئین دادرسی مدنی : دوجلد دوراندیشان و کتاب آموزشی آقای کمالوند(منبع خوب وکاملی است)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حقوق تجارت : ساده ساز تجارت آقای فرشید فرحناکیان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حقوق جزا : کتاب جزای آقای ساولانی و همچنین کتاب کیفری ایشان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اصول فقه : اصول فقه دوراندیشان و کتاب اصول به بیان ساده آقای باقری راد که منبع کاملی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پایان توصیه می کنم که داوطلبان عزیز توانایی های خود را باور کنند و به این امر ایمان داشته باشند که خداوند هیچ تلاشی را بی نتیجه نخواهد گذاشت. و همچنین یادآوری روزانه ی هدف می تواند مانعی در مقابل ناامیدی و خستگی ناشی از مطالعه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نهایت از خانواده عزیزم علی الخصوص مادر مهربانم به خاطر همراهی و زحماتی که متحمل شده اند و همچنین کادر مجرب موسسه نیایش (شعبه موسسه دادآفرین در شیراز) کمال تشکر را دارم.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مشاهده مصاحبه های بیشتر با رتبه های برتر آزمون وکالت کلیک کنید.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