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جدول تطبیقی اصلاحات مصوب ۱۳۹۴ قانون مبارزه با قاچاق کالا و ارز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کار تازه ای از پایگاه خبری اختبار :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جدول تطبیقی اصلاحات مصوب ۱۳۹۴ قانون مبارزه با قاچاق کالا و ارز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برای دانلود جدول تطبیقی اصلاحات مصوب ۱۳۹۴ قانون مبارزه با قاچاق کالا و ارز اینجا کلیک کنید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برای دانلود متن کامل قانون مبارزه با قاچاق کالا و ارز همراه با اعمال اصلاحات ۱۳۹۴ اینجا کلیک کنید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تصویر صفحه اول جدول تطبیقی اصلاحات مصوب ۱۳۹۴ قانون مبارزه با قاچاق کالا و ارز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