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نرم افزار مجموعه ۱۵ سال آزمون های وکالت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از سوی موسسه آموزش عالی آزاد چتر دانش منتشر شد :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نرم افزار مجموعه ۱۵ سال آزمون های وکالت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این نرم افزار برای ابزارهای دارای سیستم عامل اندروید و یا آی او اس قابل دانلود و استفاده است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نرم افزار “مجموعه آزمون های وکالت” از سوی موسسه آموزش عالی آزاد چتر دانش برای استفاده در ابزارهای الکترونیکی مانند تلفن همراه و تبلت با سیستم عامل های اندروید یا IOS منتشر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این نرم افزار مجموعه آزمون های وکالت ۱۵ سال گذشته ( از سال ۱۳۷۹ تا ۱۳۹۳) شامل ۱۸۰۰ سوال با پاسخنامه تشریحی گردآوری شده است، کاربر با استفاده از این نرم افزار می تواند آزمون را شبیه سازی کند و در پایان پاسخنامه تشریحی و کارنامه دریافت کند.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ضمنا در این نرم افزار پاسخ های تشریحی سوالات درس های حقوق جزا و آیین دادرسی کیفری بر اساس قانون مجازات اسلامی مصوب ۱۳۹۲ و قانون آیین دادرسی کیفری جدید داده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لازم به توضیح است دارندگان گوشی های اپل (Apple) برای دریافت نرم افزار باید از طریق گوشی مستقیما وارد صفحۀ دریافت نرم افزار بشوند و روی دکمۀ دانلود نرم افزار کلیک کنند.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صورت بروز هر اشکالی در دریافت یا نصب این نرم افزار می توانید مستقیما با قسمت فنی موسسه چتر دانش از طریق شماره تلفن ۶۶۴۱۴۸۴۸ – ۰۲۱ تماس بگیرید.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تصاویر زیر مراحل کار و شبیه سازی آزمون و دریافت کارنامه از طریق نرم افزار مجموعه آزمون ها ی وکالت را نشان می دهند :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