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کمک هزینه کفن و دفن تأمین اجتماعی | شرایط، مبلغ و نحوه دریافت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کمک هزینه کفن و دفن تأمین اجتماعی چیست؟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بر اساس بند ۱۸ ماده ۲ قانون تأمین اجتماعی، کمک هزینه کفن و دفن مبلغی است که با هدف جبران بخشی از هزینه‌های مربوط به کفن و دفن بیمه‌شده متوفی پرداخت می‌شود؛ مشروط بر اینکه انجام امور کفن و دفن بر عهده خانواده یا بازماندگان او بوده باشد.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کمک هزینه به منظور حمایت مالی از خانواده متوفی پیش‌بینی شده و از حقوق قانونی بازماندگان محسوب می‌شود.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این کمک هزینه به چه کسانی پرداخت می‌شود؟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کمک هزینه کفن و دفن به بازماندگان قانونی متوفی پرداخت می‌شود، از جمله: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فرزند یا فرزندان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پدر یا مادر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پرداخت این مبلغ منوط به احراز شرایط قانونی و ارائه مدارک لازم است.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مهم‌ترین شرط دریافت کمک هزینه کفن و دفن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برقراری رابطه بیمه‌ای متوفی با سازمان تأمین اجتماعی قبل از فوت، اصلی‌ترین شرط دریافت این کمک هزینه محسوب می‌شود.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کمک هزینه کفن و دفن فقط برای افرادی پرداخت می‌شود که تحت پوشش بیمه تأمین اجتماعی بوده‌اند و تفاوتی ندارد که متوفی: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مستمری‌بگیر تأمین اجتماعی بوده باشد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بازنشسته تأمین اجتماعی بوده باشد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یا صرفاً بیمه‌پرداز و شاغل بوده باشد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مبلغ کمک هزینه کفن و دفن تأمین اجتماعی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میزان کمک هزینه کفن و دفن، معادل حداقل حقوق و دستمزد همان سالی است که فوت در آن اتفاق افتاده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حتی اگر بازماندگان در سال‌های بعد برای دریافت این کمک هزینه اقدام کنند، مبلغ پرداختی بر اساس حداقل حقوق سال فوت محاسبه خواهد شد و افزایش نخواهد یافت.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شرط ثبت‌نام در سامانه سوابق بیمه تأمین اجتماعی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برای دریافت کمک هزینه کفن و دفن، لازم است متوفی در سامانه سوابق بیمه تأمین اجتماعی ثبت‌نام شده باشد.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در صورتی که متوفی در زمان حیات خود در این سامانه ثبت‌نام نکرده باشد، بازماندگان موظف‌اند ابتدا در سامانه سوابق بیمه تأمین اجتماعی ثبت‌نام کرده و سپس درخواست دریافت کمک هزینه کفن و دفن را ثبت نمایند.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جمع‌بندی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کمک هزینه کفن و دفن تأمین اجتماعی یک حق قانونی برای بازماندگان بیمه‌شده متوفی است. شرط اصلی دریافت آن، برقرار بودن پوشش بیمه‌ای قبل از فوت بوده و مبلغ آن برابر با حداقل حقوق همان سال فوت می‌باشد.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