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هشدار انتظامی کانون وکلای مرکزی درباره تمرکز فعالیت وکیل در خارج از حوزه مندرج در پروانه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وکلاپرس- اداره نظارت و بازرسی کانون وکلای دادگستری مرکزی، ضمن اطلاعیه ای، تمرکز فعالیت وکیل در خارج از حوزه مندرج در پروانه را تخلف انتظامی و قابل تعیقیب در دادسرای انتظامی وکلا دانسته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به گزارش وکلاپرس، به نقل از روابط عمومی کانون وکلای مرکزی، به استناد لایحه قانونی استقلال کانون وکلای دادگستری و آیین‌نامه اجرایی آن تمرکز و استمرار فعالیت حرفه‌ای، دایر نمودن دفتر، جذب و پذیرش عمده امور وکالتی و استقرار عملی محل اشتغال در حوزه‌ای غیر از حوزه مندرج در پروانه، بدون تحصیل مجوز قانونی از کانون ذی‌ربط، تخطی از الزامات انتظامی حرفه وکالت محسوب می‌شود.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موضوع: تمرکز فعالیت وکیل در خارج از حوزه مندرج در پروانه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نظر به اینکه وفق مقررات لایحه قانونی استقلال کانون وکلای دادگستری و آیین‌نامه اجرایی آن، پروانه وکالت برای حوزه معین صادر شده و اشتغال حرفه‌ای وکیل در چارچوب حوزه مقرر در پروانه و مقررات حاکم بر انتقال، تغییر محل اشتغال و تأسیس دفتر وکالت سامان یافته است، لذا تمرکز و استمرار فعالیت حرفه‌ای، دایر نمودن دفتر، جذب و پذیرش عمده امور وکالتی و استقرار عملی محل اشتغال در حوزه‌ای غیر از حوزه مندرج در پروانه، بدون تحصیل مجوز قانونی از کانون ذی‌ربط، تخطی از الزامات انتظامی حرفه وکالت محسوب می‌شود.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چنین رفتاری، علاوه بر ایجاد اخلال در نظام توزیع خدمات حقوقی و نقض مقررات مربوط به صلاحیت محلی وکلاء، مغایر با تکلیف قانونی وکیل مبنی بر رعایت قوانین و مقررات، حفظ نظم حرفه‌ای، صداقت و رعایت شئون وکالت بوده و از مصادیق تخلف انتظامی و رفتار خلاف شأن وکالت است. از این‌رو، در صورت احراز تمرکز فعالیت حرفه‌ای وکیل در محلی غیر از حوزه مندرج در پروانه و فقدان مجوز قانونی، موضوع حسب مورد قابل تعقیب و رسیدگی در دادسرای انتظامی وکلاء خواهد بود.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