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دستگیری یک «وکیل کارچاق‌کن» در اردبیل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وکلاپرس- دادستان مرکز استان اردبیل، از دستگیری یک «وکیل کارچاق‌کن» در اردبیل خبر داد که با ادعای واهی نفوذ نزد مقامات قضایی، نسبت به دریافت رشوه اقدام کرده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گزارش وکلاپرس، به قل از ایلنا، جلال آفاقی گفت: وکیل پرونده‌ای در اردبیل با ادعای واهی نفوذ نزد مقامات قضایی و وعده و وعید به موکل خود برای اخذ رای به نفع او، اقدام به دریافت رشوه با نام قاضی پرونده نموده بود که با ورود دادستانی مرکز استان و حفاظت و اطلاعات دادگستری کل استان اردبیل دستگیر و روانه زندان شد.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تضمین نتیجه رسیدگی برای موکل قابل پیگیرد و مجازات است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او در این‌ باره اظهار کرد: وکلا برای دفاع از حق و پاسداری از عدالت قسم یاد کرده‌اند و باید برای کشف حقیقت، کمک‌کار قاضی باشند. وکالت تضمینی و تضمین نتیجه رسیدگی برای موکل قابل پیگیرد و مجازات است و دادستانی و مراجع نظارتی تشکیلات قضایی این موضوع را باجدیت رصد می‌کند.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دادستان اردبیل از مردم خواست؛ در قبال هرگونه ادعاهای واهی مبنی بر نفوذ نزد مقامات قضایی و قضات، هوشیارانه عمل کنند و فریب متخلفین سودجو را نخورند.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