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مجاز بودن وزارت دادگستری نسبت به انجام مذاکره، پیش امضا و امضای موقت چهار فقره موافقتنامه بین ایران و آفریقای مرکزی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وکلاپرس- تصویبنامه مصوب جلسه مورخ ۱۴۰۵/۰۴/۱۷ هیات وزیران درخصوص «مجاز بودن وزارت دادگستری نسبت به انجام مذاکره، پیش امضا و امضای موقت چهار فقره موافقتنامه بین جمهوری اسلامی ایران و جمهوری آفریقای مرکزی» با شماره ۴۲۴۹۵ تاریخ ۱۴۰۵/۰۴/۳۱ توسط معاون اول رئیس جمهور ابلاغ شده است.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