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ارجاع درخواست کانون وکلای دادگستری یزد مبنی بر نام گذاری روز ۷ اسفند به عنوان روز وکیل مدافع به معاون حقوقی و امور مجلس قوه قضائیه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وکلاپرس- درخواست کانون وکلای دادگستری یزد مبنی بر نام گذاری روز ۷ اسفند به عنوان روز وکیل مدافع به معاون حقوقی و امور مجلس قوه قضائیه ارجاع داده 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به گزارش وکلاپرس، رئیس کانون وکلای دادگستری یزد سال گذشته مورخ ۵ اسفند ۱۴۰۴ در مکاتبه ای پیشنهاد نام گذاری روز هفتم اسفند ماه به عنوان روز وکیل مدافع در تقویم رسمی مطرح کرده بود.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همین راستا دادگاه عالی انتظامی قضات در پاسخ به مکاتبات کانون وکلای دادگستری یزد، نامه مشاور معاون اول قوه قصاییه و مدیر بررسی امور ارجاعی مبنی بر ارجاع این درخواست به معاونت حقوقی و امور مجلس قوه قضاییه را به کانون وکلای دادگستری یزد ارسال کرده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متن و تصاویر مکاتبات به شرح زیر است: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نامه دادگاه عالی انتظامی قضات به رئیس کانون وکلای دادگستری یزد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رییس محترم کانون وکلای دادگستری استان یزد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به پیوست نامه شماره ۹۰۰۰/۱۱۸۴۴/۱۰۰۰-۱۴۰۵/۴/۲۱ مدیر کل محترم بررسی و امور ارجاعی معاونت اول برای پیشنهاد نام گذاری روز هفتم اسفندماه به عنوان روز وکیل مدافع در تقویم رسمی جمهوری اسلامی ایران جهت اطلاع ارسال می گردد.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مدیر کل و عضو معاون دادگاه عالی انتظامی قضات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نامه مشاور معاون اول قوه قضاییه به معاون حقوقی قوه قضائیه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حضرت حجت الاسلام و المسلمین جناب آقای دکتر هادی معاون محترم حقوقی و امور مجلس قوه قضائیه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احتراماً؛ در اجرای دستور معاون اول محترم قوه قضائیه به پیوست نامه شماره ۹۰۰۰/۸۳۵/۶۰۰/۱۰۰ مورخ ۱۴۰۵/۳/۲۴ رئیس محترم دادگاه عالی انتظامی قضات که پیوست آن تصویر نامه شماره ۹۳۴/ ص ۱۴۰۴ مورخ ۱۴۰۴/۱۲/۵ رئیس محترم کانون وکلای دادگستری استان یزد و ضمائم در خصوص پیشنهاد نام گذاری روز هفتم اسفند ماه به عنوان روز وکیل مدافع در تقویم رسمی جمهوری اسلامی ایران است، جهت استحضار و اقدام لازم ارسال می گردد.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مشاور معاون اول قوه قصاییه و مدیر بررسی امور ارجاعی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