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بازدید میدانی مرادی از روستای گچین بالا؛ تأکید بر تکمیل زیرساخت‌های آموزشی و فرهنگی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به گزارش خانه ملت؛ احمد مرادی، نماینده مردم هرمزگان در مجلس شورای اسلامی، در راستای سرکشی از روستاها و شناسایی میدانی مشکلات، از روستای گچین بالا بازدید کرد.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‌ وی در این بازدید، مراحل پیشرفت ساخت و توسعه کلاس‌های درسی و همچنین وضعیت مجتمع فرهنگی نیمه‌تمام این روستا را مورد بررسی قرار داد و با اهالی و مسئولان محلی، بر لزوم تکمیل سریع این زیرساخت‌ها برای بهره‌مندی دانش‌آموزان و جوانان منطقه تأکید کرد.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‌مرادی در بخشی از سخنان خود، توسعه حوزه‌های فرهنگی در روستاهای گچین بالا و پایین را ضرورتی ملی دانست و تصریح کرد: شناسایی استعدادهای فرهنگی منطقه و حمایت همه‌جانبه از نوجوانان در زمینه‌های آموزش و پرورش، ورزش و فعالیت‌های جوانی، گامی حیاتی در ارتقای سطح کیفی زندگی و ارتفاع فرهنگی است/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