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نشست کمیسیون آموزش مجلس با حضور وزیر آموزش و پرورش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نشست اعضای کمیسیون آموزش و تحقیقات مجلس شورای اسلامی با حضور علیرضا کاظمی وزیر آموزش و پرورش صبح امروز دوشنبه ۵ مرداد ۱۴۰۵ برگزار شد.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