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بازدید نماینده مردم شادگان و معاون وزیر آموزش و پرورش از مدارس شهرستان/آغاز عملیات اجرایی مدرسه ۱۲ کلاسه نرگس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به گزارش خانه ملت؛ هاشم خنفری نماینده مردم شادگان در مجلس شورای اسلامی،خان‌محمدی معاون وزیر آموزش و پرورش و رئیس سازمان نوسازی، توسعه و تجهیز مدارس کشور، حبیب عفری‌مفرد سرپرست فرمانداری شادگان، عشیری فرمانده انتظامی شادگان،علیفر مدیرکل آموزش و پرورش خوزستان، ممبینی مدیرکل نوسازی، توسعه و تجهیز مدارس استان و جمعی از مسئولان استانی و شهرستانی، از تعدادی از مدارس شهرستان بازدید کردند.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این بازدید، وضعیت مدارس شهرستان، کمبود کلاس‌های درس و فضاهای آموزشی، نیازهای عمرانی و مهم‌ترین چالش‌های حوزه آموزش و پرورش شهرستان مورد ارزیابی قرار گرفت و بر ضرورت تسریع در توسعه، نوسازی و تجهیز مدارس تأکید 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تحقق یکی دیگر از مطالبات حوزه آموزش و پرورش شهرستان با پیگیری‌های نماینده مردم شادگان؛ آغاز عملیات اجرایی مدرسه ۱۲ کلاسه نرگس شادگان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عملیات اجرایی تخریب و احداث مدرسه ۱۲ کلاسه نرگس با حضور هاشم خنفری نماینده مردم شادگان در مجلس شورای اسلامی،خان‌محمدی معاون وزیر آموزش و پرورش و رئیس سازمان نوسازی، توسعه و تجهیز مدارس کشور،حبیب عفری‌مفرد سرپرست فرمانداری شادگان، علیفر مدیرکل آموزش و پرورش خوزستان، ممبینی مدیرکل نوسازی، توسعه و تجهیز مدارس استان و جمعی از مسئولان استانی و شهرستانی آغاز 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لازم به ذکر است؛ این پروژه در راستای توسعه زیرساخت‌های آموزشی شهرستان و با پیگیری‌های مستمر هاشم خنفری نماینده مردم شادگان، سرپرست فرمانداری شادگان و سازمان نوسازی، توسعه و تجهیز مدارس کشور وارد مرحله اجرا شده است و پس از تکمیل، فضای آموزشی مناسب و استانداردی را در اختیار دانش‌آموزان قرار خواهد داد./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