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دادخواستِ مطالبهٔ نفقه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ریاستِ محترمِ دادگاهِ خانواده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خواهان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خوانده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خواسته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شرح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خوانده از پرداختِ نفقه استنکاف نموده؛ صدورِ حکم بر محکومیتِ وی مورد استدعاست.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خواهان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