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دادخواستِ طلاقِ توافقی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ریاستِ محترمِ دادگاهِ خانواده / مرکزِ مشاورهٔ خانواده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زوج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زوجه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خواسته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توافقات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مهریه: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نفقه و جهیزیه: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حضانت و ملاقاتِ فرزندان: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زوج —— امضای زوجه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