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استشهادیه (اعسار/مالی)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استشهادیهٔ محلی جهتِ اثباتِ …… 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مستشهِد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موضوع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گواهی شهود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۱) نام و امضا: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۲) نام و امضا: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۳) نام و امضا: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