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قراردادِ اجارهٔ املاکِ مسکونی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بر اساسِ مواد ۱۰ و ۴۶۶ قانون مدنی و قانونِ روابطِ موجر و مستأجر.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موجر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نام و نام خانوادگی: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کدِ ملی: …… نشانی: …… تلفن: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مستأجر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نام و نام خانوادگی: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کدِ ملی: …… نشانی: …… تلفن: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موردِ اجاره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مدت و مبلغ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از ……/……/…… به مدتِ …… ماه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ودیعه: …… ریال — اجارهٔ ماهیانه: …… ریال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امضا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امضای موجر —— امضای مستأجر —— تاریخ: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این نمونه صرفاً جهتِ راهنمایی تهیه شده است؛ پیش از استفاده، متن را با مشخصاتِ پرونده و مقرراتِ روز و نظرِ کارشناسِ حقوقی تطبیق دهید.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