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قراردادِ مشارکت در ساخت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قراردادِ مشارکت میانِ مالک و سازنده جهتِ احداثِ بنا.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مالک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سازنده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 و قدرالسهم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احداثِ …… واحد بر پلاکِ ثبتیِ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قدرالسهم: مالک ……٪ — سازنده ……٪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تعهدات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مالک —— امضای سازنده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