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صلح‌نامه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صلح‌نامه بر اساسِ مواد ۷۵۲ به بعد قانون مدنی.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مُصالح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مُتصالح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موردِ صلح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مالِ‌الصلح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مصالح —— امضای متصالح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