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تعهدنامه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تعهدنامهٔ رسمی.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متعهد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متعهدٌله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موضوعِ تعهد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ضمانتِ اجرا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متعهد —— تاریخ: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